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word/fontTable.xml" ContentType="application/vnd.openxmlformats-officedocument.wordprocessingml.fontTable+xml"/>
  <Override PartName="/docProps/core.xml" ContentType="application/vnd.openxmlformats-package.core-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AC7C70" w14:textId="61D7A809" w:rsidR="0018136A" w:rsidRDefault="0018136A" w:rsidP="0018136A">
      <w:pPr>
        <w:pStyle w:val="Title"/>
      </w:pPr>
      <w:r>
        <w:rPr>
          <w:noProof/>
        </w:rPr>
        <w:drawing>
          <wp:anchor distT="0" distB="0" distL="114300" distR="114300" simplePos="0" relativeHeight="251584512" behindDoc="0" locked="0" layoutInCell="1" allowOverlap="1" wp14:anchorId="1CCCAB3C" wp14:editId="717F1095">
            <wp:simplePos x="0" y="0"/>
            <wp:positionH relativeFrom="column">
              <wp:posOffset>1699260</wp:posOffset>
            </wp:positionH>
            <wp:positionV relativeFrom="paragraph">
              <wp:posOffset>-275590</wp:posOffset>
            </wp:positionV>
            <wp:extent cx="2072640" cy="883920"/>
            <wp:effectExtent l="0" t="0" r="3810" b="0"/>
            <wp:wrapNone/>
            <wp:docPr id="1167746348" name="Picture 1" descr="A logo with a person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46348" name="Picture 1" descr="A logo with a person in a circle&#10;&#10;AI-generated content may be incorrect."/>
                    <pic:cNvPicPr/>
                  </pic:nvPicPr>
                  <pic:blipFill>
                    <a:blip r:embed="rId8"/>
                    <a:stretch>
                      <a:fillRect/>
                    </a:stretch>
                  </pic:blipFill>
                  <pic:spPr>
                    <a:xfrm>
                      <a:off x="0" y="0"/>
                      <a:ext cx="2072640" cy="883920"/>
                    </a:xfrm>
                    <a:prstGeom prst="rect">
                      <a:avLst/>
                    </a:prstGeom>
                  </pic:spPr>
                </pic:pic>
              </a:graphicData>
            </a:graphic>
          </wp:anchor>
        </w:drawing>
      </w:r>
    </w:p>
    <w:p w14:paraId="525CE0CB" w14:textId="68781557" w:rsidR="0018136A" w:rsidRDefault="0018136A" w:rsidP="0018136A">
      <w:pPr>
        <w:pStyle w:val="Title"/>
      </w:pPr>
    </w:p>
    <w:p w14:paraId="58C53AAA" w14:textId="77777777" w:rsidR="0018136A" w:rsidRDefault="0018136A">
      <w:pPr>
        <w:pStyle w:val="Title"/>
      </w:pPr>
    </w:p>
    <w:p w14:paraId="4A535025" w14:textId="216881FF" w:rsidR="00E11877" w:rsidRDefault="000D059F">
      <w:pPr>
        <w:pStyle w:val="Title"/>
      </w:pPr>
      <w:r>
        <w:t>Brinksway School Newsletter – Summer Term 1</w:t>
      </w:r>
    </w:p>
    <w:p w14:paraId="79367C19" w14:textId="5F14A5AE" w:rsidR="00E11877" w:rsidRDefault="000D059F">
      <w:pPr>
        <w:pStyle w:val="Heading1"/>
      </w:pPr>
      <w:r>
        <w:t>Headteacher’s Welcome</w:t>
      </w:r>
    </w:p>
    <w:p w14:paraId="7745C8BD" w14:textId="4B33007B" w:rsidR="000D1F29" w:rsidRDefault="000D059F">
      <w:r>
        <w:t>Dear Parents, Carers, and Pupils,</w:t>
      </w:r>
      <w:r>
        <w:br/>
      </w:r>
      <w:r>
        <w:br/>
        <w:t>Welcome back! I hope you all had a restful and enjoyable Easter break, filled with time to recharge, reconnect with family, and enjoy some well-earned rest.</w:t>
      </w:r>
      <w:r>
        <w:br/>
      </w:r>
      <w:r>
        <w:br/>
        <w:t>As we begin the new half term, I’m excited about the opportunities and experiences ahead. This is always a busy and rewarding time of year with lots of trips, visits, and experiences planned as the weather improves. As always, we will be supporting every child to do their best and enjoy the learning journey along the way.</w:t>
      </w:r>
      <w:r>
        <w:br/>
      </w:r>
      <w:r>
        <w:br/>
        <w:t>Thank you to families who have returned their school survey—your feedback is invaluable as we continue to strengthen our educational offer.</w:t>
      </w:r>
      <w:r>
        <w:br/>
      </w:r>
      <w:r>
        <w:br/>
        <w:t>A special welcome goes to all the new families who have joined our school community. We’re delighted to have you with us.</w:t>
      </w:r>
      <w:r>
        <w:br/>
      </w:r>
      <w:r>
        <w:br/>
        <w:t>Thank you for your continued support and partnership. Let’s make this half term a positive and productive one together.</w:t>
      </w:r>
      <w:r>
        <w:br/>
      </w:r>
      <w:r>
        <w:br/>
        <w:t>Warm regards,</w:t>
      </w:r>
      <w:r>
        <w:br/>
        <w:t>Carla Adams-McCoy, Headteacher</w:t>
      </w:r>
    </w:p>
    <w:p w14:paraId="40A08721" w14:textId="77777777" w:rsidR="0027610C" w:rsidRDefault="0027610C"/>
    <w:p w14:paraId="0CABB506" w14:textId="77777777" w:rsidR="0027610C" w:rsidRDefault="0027610C"/>
    <w:p w14:paraId="3558BB0D" w14:textId="77777777" w:rsidR="0027610C" w:rsidRDefault="0027610C"/>
    <w:p w14:paraId="091D30AA" w14:textId="77777777" w:rsidR="0027610C" w:rsidRDefault="0027610C"/>
    <w:p w14:paraId="26DA5A06" w14:textId="77777777" w:rsidR="0027610C" w:rsidRDefault="0027610C"/>
    <w:p w14:paraId="51EC6E88" w14:textId="4D2DDAFB" w:rsidR="00E11877" w:rsidRDefault="000D059F">
      <w:pPr>
        <w:pStyle w:val="Heading1"/>
      </w:pPr>
      <w:r>
        <w:lastRenderedPageBreak/>
        <w:t>Highlights from Last Half-Term</w:t>
      </w:r>
    </w:p>
    <w:p w14:paraId="68B1EFE0" w14:textId="77777777" w:rsidR="0027610C" w:rsidRPr="0027610C" w:rsidRDefault="0027610C" w:rsidP="0027610C">
      <w:pPr>
        <w:spacing w:after="0" w:line="240" w:lineRule="auto"/>
        <w:rPr>
          <w:rFonts w:ascii="Times New Roman" w:eastAsia="Times New Roman" w:hAnsi="Times New Roman" w:cs="Times New Roman"/>
          <w:sz w:val="24"/>
          <w:szCs w:val="24"/>
          <w:lang w:val="en-GB" w:eastAsia="en-GB"/>
        </w:rPr>
      </w:pPr>
      <w:r w:rsidRPr="0027610C">
        <w:rPr>
          <w:rFonts w:ascii="Aptos" w:eastAsia="Times New Roman" w:hAnsi="Aptos" w:cs="Times New Roman"/>
          <w:color w:val="000000"/>
          <w:lang w:val="en-GB" w:eastAsia="en-GB"/>
        </w:rPr>
        <w:t>Last half-term pupils enjoyed a wide range of trips and experiences. It is so important to develop their life experience and give pupils every opportunity to visit places in our community to enrich their learning.</w:t>
      </w:r>
    </w:p>
    <w:p w14:paraId="0B2F1A47" w14:textId="77777777" w:rsidR="0027610C" w:rsidRDefault="0027610C" w:rsidP="0027610C"/>
    <w:p w14:paraId="5C503D42" w14:textId="77777777" w:rsidR="0027610C" w:rsidRPr="0027610C" w:rsidRDefault="0027610C" w:rsidP="0027610C"/>
    <w:p w14:paraId="1C85CF67" w14:textId="41B9437F" w:rsidR="000D1F29" w:rsidRDefault="000D059F">
      <w:r>
        <w:t xml:space="preserve">✨ </w:t>
      </w:r>
      <w:r w:rsidRPr="0027610C">
        <w:rPr>
          <w:b/>
          <w:bCs/>
        </w:rPr>
        <w:t>Tatton Park Trip</w:t>
      </w:r>
      <w:r>
        <w:br/>
        <w:t>Abney Class had a magical day out at Tatton Park, diving into fairy tales and stories they’ve been studying in class. A memorable and immersive learning experience!</w:t>
      </w:r>
    </w:p>
    <w:p w14:paraId="439D899C" w14:textId="5925773B" w:rsidR="000D1F29" w:rsidRDefault="000D1F29"/>
    <w:p w14:paraId="74C66A3B" w14:textId="5752E800" w:rsidR="000D1F29" w:rsidRDefault="000D1F29"/>
    <w:p w14:paraId="501C45E5" w14:textId="038FEFFA" w:rsidR="000D1F29" w:rsidRDefault="000D1F29">
      <w:r>
        <w:rPr>
          <w:noProof/>
        </w:rPr>
        <w:drawing>
          <wp:anchor distT="0" distB="0" distL="114300" distR="114300" simplePos="0" relativeHeight="251597824" behindDoc="0" locked="0" layoutInCell="1" allowOverlap="1" wp14:anchorId="166E963C" wp14:editId="5178A1F5">
            <wp:simplePos x="0" y="0"/>
            <wp:positionH relativeFrom="column">
              <wp:posOffset>2580005</wp:posOffset>
            </wp:positionH>
            <wp:positionV relativeFrom="paragraph">
              <wp:posOffset>-601980</wp:posOffset>
            </wp:positionV>
            <wp:extent cx="3385908" cy="2522220"/>
            <wp:effectExtent l="0" t="0" r="5080" b="0"/>
            <wp:wrapNone/>
            <wp:docPr id="205157356" name="Picture 4" descr="A group of people sitting on a blanket on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7356" name="Picture 4" descr="A group of people sitting on a blanket on grass&#10;&#10;AI-generated content may be incorrect."/>
                    <pic:cNvPicPr/>
                  </pic:nvPicPr>
                  <pic:blipFill>
                    <a:blip r:embed="rId9"/>
                    <a:stretch>
                      <a:fillRect/>
                    </a:stretch>
                  </pic:blipFill>
                  <pic:spPr>
                    <a:xfrm>
                      <a:off x="0" y="0"/>
                      <a:ext cx="3385908" cy="25222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4752" behindDoc="0" locked="0" layoutInCell="1" allowOverlap="1" wp14:anchorId="41D327DE" wp14:editId="0EBA130A">
            <wp:simplePos x="0" y="0"/>
            <wp:positionH relativeFrom="column">
              <wp:posOffset>0</wp:posOffset>
            </wp:positionH>
            <wp:positionV relativeFrom="paragraph">
              <wp:posOffset>-579120</wp:posOffset>
            </wp:positionV>
            <wp:extent cx="2011680" cy="2148839"/>
            <wp:effectExtent l="0" t="0" r="7620" b="4445"/>
            <wp:wrapNone/>
            <wp:docPr id="1838364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64469" name="Picture 1838364469"/>
                    <pic:cNvPicPr/>
                  </pic:nvPicPr>
                  <pic:blipFill>
                    <a:blip r:embed="rId10"/>
                    <a:stretch>
                      <a:fillRect/>
                    </a:stretch>
                  </pic:blipFill>
                  <pic:spPr>
                    <a:xfrm>
                      <a:off x="0" y="0"/>
                      <a:ext cx="2020282" cy="21580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C344AE3" w14:textId="1B75CD62" w:rsidR="000D1F29" w:rsidRDefault="000D1F29"/>
    <w:p w14:paraId="7206B42A" w14:textId="35080216" w:rsidR="000D1F29" w:rsidRDefault="000D1F29"/>
    <w:p w14:paraId="64D81CDF" w14:textId="1FE8A63D" w:rsidR="000D1F29" w:rsidRDefault="000D059F">
      <w:r>
        <w:br/>
      </w:r>
      <w:r>
        <w:br/>
      </w:r>
    </w:p>
    <w:p w14:paraId="7984D4CF" w14:textId="77777777" w:rsidR="000D1F29" w:rsidRDefault="000D1F29"/>
    <w:p w14:paraId="28B205A6" w14:textId="7BB58078" w:rsidR="000D1F29" w:rsidRDefault="000D1F29"/>
    <w:p w14:paraId="1046CD3D" w14:textId="64AA942D" w:rsidR="000D1F29" w:rsidRDefault="000D059F">
      <w:r>
        <w:t xml:space="preserve">🏭 </w:t>
      </w:r>
      <w:r w:rsidRPr="0027610C">
        <w:rPr>
          <w:b/>
          <w:bCs/>
        </w:rPr>
        <w:t>Quarry Bank Mill Visit</w:t>
      </w:r>
      <w:r>
        <w:br/>
        <w:t>Woodbank and Thornfield Classes explored the Industrial Revolution firsthand with a self-led tour of Quarry Bank Mill, enriching their Humanities topic.</w:t>
      </w:r>
      <w:r w:rsidR="000D1F29">
        <w:t xml:space="preserve"> </w:t>
      </w:r>
    </w:p>
    <w:p w14:paraId="30E2A3E5" w14:textId="53B7E6B1" w:rsidR="000D1F29" w:rsidRDefault="000D1F29">
      <w:r>
        <w:rPr>
          <w:noProof/>
        </w:rPr>
        <w:drawing>
          <wp:anchor distT="0" distB="0" distL="114300" distR="114300" simplePos="0" relativeHeight="251602944" behindDoc="0" locked="0" layoutInCell="1" allowOverlap="1" wp14:anchorId="1D90A6F6" wp14:editId="5ED6614B">
            <wp:simplePos x="0" y="0"/>
            <wp:positionH relativeFrom="column">
              <wp:posOffset>1173480</wp:posOffset>
            </wp:positionH>
            <wp:positionV relativeFrom="paragraph">
              <wp:posOffset>187325</wp:posOffset>
            </wp:positionV>
            <wp:extent cx="3116530" cy="2910840"/>
            <wp:effectExtent l="0" t="0" r="8255" b="3810"/>
            <wp:wrapNone/>
            <wp:docPr id="1012702923" name="Picture 5" descr="A person walking on a l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02923" name="Picture 5" descr="A person walking on a log&#10;&#10;AI-generated content may be incorrect."/>
                    <pic:cNvPicPr/>
                  </pic:nvPicPr>
                  <pic:blipFill>
                    <a:blip r:embed="rId11"/>
                    <a:stretch>
                      <a:fillRect/>
                    </a:stretch>
                  </pic:blipFill>
                  <pic:spPr>
                    <a:xfrm>
                      <a:off x="0" y="0"/>
                      <a:ext cx="3116530" cy="291084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C09C805" w14:textId="0469740D" w:rsidR="000D1F29" w:rsidRDefault="000D1F29"/>
    <w:p w14:paraId="17289DF6" w14:textId="1783C378" w:rsidR="000D1F29" w:rsidRDefault="000D1F29"/>
    <w:p w14:paraId="1795ED2E" w14:textId="2AF82FD5" w:rsidR="000D1F29" w:rsidRDefault="000D1F29"/>
    <w:p w14:paraId="654F239F" w14:textId="17E1289A" w:rsidR="000D1F29" w:rsidRDefault="000D1F29"/>
    <w:p w14:paraId="612B8E60" w14:textId="77777777" w:rsidR="000D1F29" w:rsidRDefault="000D1F29"/>
    <w:p w14:paraId="4B9FE993" w14:textId="77777777" w:rsidR="0027610C" w:rsidRDefault="000D059F">
      <w:r>
        <w:br/>
      </w:r>
      <w:r>
        <w:br/>
      </w:r>
    </w:p>
    <w:p w14:paraId="76592853" w14:textId="1E03A510" w:rsidR="00E11877" w:rsidRDefault="0027610C">
      <w:r>
        <w:rPr>
          <w:noProof/>
        </w:rPr>
        <w:lastRenderedPageBreak/>
        <w:drawing>
          <wp:anchor distT="0" distB="0" distL="114300" distR="114300" simplePos="0" relativeHeight="251613184" behindDoc="0" locked="0" layoutInCell="1" allowOverlap="1" wp14:anchorId="6855A652" wp14:editId="0B3C5BF2">
            <wp:simplePos x="0" y="0"/>
            <wp:positionH relativeFrom="column">
              <wp:posOffset>1455420</wp:posOffset>
            </wp:positionH>
            <wp:positionV relativeFrom="paragraph">
              <wp:posOffset>588010</wp:posOffset>
            </wp:positionV>
            <wp:extent cx="2565137" cy="2887980"/>
            <wp:effectExtent l="0" t="0" r="6985" b="7620"/>
            <wp:wrapNone/>
            <wp:docPr id="1746974447" name="Picture 6" descr="A group of people cooking over a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974447" name="Picture 6" descr="A group of people cooking over a fire&#10;&#10;AI-generated content may be incorrect."/>
                    <pic:cNvPicPr/>
                  </pic:nvPicPr>
                  <pic:blipFill>
                    <a:blip r:embed="rId12"/>
                    <a:stretch>
                      <a:fillRect/>
                    </a:stretch>
                  </pic:blipFill>
                  <pic:spPr>
                    <a:xfrm>
                      <a:off x="0" y="0"/>
                      <a:ext cx="2565137" cy="288798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059F">
        <w:t xml:space="preserve">🐮 </w:t>
      </w:r>
      <w:r w:rsidR="000D059F" w:rsidRPr="0027610C">
        <w:rPr>
          <w:b/>
          <w:bCs/>
        </w:rPr>
        <w:t>Farm Adventure</w:t>
      </w:r>
      <w:r w:rsidR="000D059F">
        <w:br/>
        <w:t>EYFS pupils visited a local farm to meet and pet animals as part of their learning about animal life. A fun, interactive and proud moment for all!</w:t>
      </w:r>
    </w:p>
    <w:p w14:paraId="40F26F86" w14:textId="7EB20AAB" w:rsidR="000D1F29" w:rsidRDefault="000D1F29"/>
    <w:p w14:paraId="3E343A98" w14:textId="5F503455" w:rsidR="000D1F29" w:rsidRDefault="000D1F29"/>
    <w:p w14:paraId="6D74EFB6" w14:textId="1AAAFAEE" w:rsidR="000D1F29" w:rsidRDefault="000D1F29"/>
    <w:p w14:paraId="22333F67" w14:textId="77777777" w:rsidR="000D1F29" w:rsidRDefault="000D1F29"/>
    <w:p w14:paraId="522A5440" w14:textId="77777777" w:rsidR="000D1F29" w:rsidRDefault="000D1F29"/>
    <w:p w14:paraId="096CB006" w14:textId="2E4AD01F" w:rsidR="000D1F29" w:rsidRDefault="000D1F29"/>
    <w:p w14:paraId="6E02246E" w14:textId="77777777" w:rsidR="0027610C" w:rsidRDefault="0027610C"/>
    <w:p w14:paraId="10F21ED3" w14:textId="77777777" w:rsidR="00AC6DB7" w:rsidRDefault="00AC6DB7"/>
    <w:p w14:paraId="2345C619" w14:textId="77777777" w:rsidR="0027610C" w:rsidRDefault="0027610C"/>
    <w:p w14:paraId="556CFEF3" w14:textId="3B6AD511" w:rsidR="00E11877" w:rsidRDefault="000D059F">
      <w:pPr>
        <w:pStyle w:val="Heading1"/>
      </w:pPr>
      <w:r>
        <w:t>Special Celebration Days</w:t>
      </w:r>
    </w:p>
    <w:p w14:paraId="517D816D" w14:textId="4518B88C" w:rsidR="00E11877" w:rsidRDefault="000D059F">
      <w:r>
        <w:t xml:space="preserve">We marked World </w:t>
      </w:r>
      <w:r w:rsidR="00AC6DB7">
        <w:t>Math’s</w:t>
      </w:r>
      <w:r>
        <w:t xml:space="preserve"> Day, Earth Day, and Red Nose Day with fun and educational activities promoting numeracy, sustainability, and compassion.</w:t>
      </w:r>
    </w:p>
    <w:p w14:paraId="24851AFF" w14:textId="1989A39E" w:rsidR="0027610C" w:rsidRDefault="00AC6DB7">
      <w:r>
        <w:rPr>
          <w:noProof/>
        </w:rPr>
        <w:drawing>
          <wp:anchor distT="0" distB="0" distL="114300" distR="114300" simplePos="0" relativeHeight="251627520" behindDoc="0" locked="0" layoutInCell="1" allowOverlap="1" wp14:anchorId="62A68934" wp14:editId="744BCABA">
            <wp:simplePos x="0" y="0"/>
            <wp:positionH relativeFrom="column">
              <wp:posOffset>2628900</wp:posOffset>
            </wp:positionH>
            <wp:positionV relativeFrom="paragraph">
              <wp:posOffset>103505</wp:posOffset>
            </wp:positionV>
            <wp:extent cx="2994660" cy="4031772"/>
            <wp:effectExtent l="304800" t="304800" r="320040" b="330835"/>
            <wp:wrapNone/>
            <wp:docPr id="37333013" name="Picture 8" descr="A page of a broch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3013" name="Picture 8" descr="A page of a brochure&#10;&#10;AI-generated content may be incorrect."/>
                    <pic:cNvPicPr/>
                  </pic:nvPicPr>
                  <pic:blipFill>
                    <a:blip r:embed="rId13"/>
                    <a:stretch>
                      <a:fillRect/>
                    </a:stretch>
                  </pic:blipFill>
                  <pic:spPr>
                    <a:xfrm>
                      <a:off x="0" y="0"/>
                      <a:ext cx="2994660" cy="403177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6FEBCA8" w14:textId="18F1598E" w:rsidR="0027610C" w:rsidRDefault="0027610C">
      <w:r>
        <w:rPr>
          <w:rFonts w:ascii="Aptos" w:eastAsia="Times New Roman" w:hAnsi="Aptos" w:cs="Times New Roman"/>
          <w:noProof/>
          <w:color w:val="000000"/>
          <w:lang w:val="en-GB" w:eastAsia="en-GB"/>
        </w:rPr>
        <w:drawing>
          <wp:anchor distT="0" distB="0" distL="114300" distR="114300" simplePos="0" relativeHeight="251623424" behindDoc="0" locked="0" layoutInCell="1" allowOverlap="1" wp14:anchorId="29753D4B" wp14:editId="05DCF6AE">
            <wp:simplePos x="0" y="0"/>
            <wp:positionH relativeFrom="column">
              <wp:posOffset>0</wp:posOffset>
            </wp:positionH>
            <wp:positionV relativeFrom="paragraph">
              <wp:posOffset>215265</wp:posOffset>
            </wp:positionV>
            <wp:extent cx="2460331" cy="2567940"/>
            <wp:effectExtent l="0" t="0" r="0" b="3810"/>
            <wp:wrapNone/>
            <wp:docPr id="1360892906" name="Picture 7" descr="A child pointing at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892906" name="Picture 7" descr="A child pointing at a screen&#10;&#10;AI-generated content may be incorrect."/>
                    <pic:cNvPicPr/>
                  </pic:nvPicPr>
                  <pic:blipFill>
                    <a:blip r:embed="rId14"/>
                    <a:stretch>
                      <a:fillRect/>
                    </a:stretch>
                  </pic:blipFill>
                  <pic:spPr>
                    <a:xfrm>
                      <a:off x="0" y="0"/>
                      <a:ext cx="2463140" cy="2570872"/>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0C11A66" w14:textId="3DAF8D01" w:rsidR="0027610C" w:rsidRDefault="0027610C"/>
    <w:p w14:paraId="7E03D537" w14:textId="77777777" w:rsidR="0027610C" w:rsidRDefault="0027610C"/>
    <w:p w14:paraId="48C145B7" w14:textId="5D60B5F1" w:rsidR="0027610C" w:rsidRDefault="0027610C"/>
    <w:p w14:paraId="4DFEA8E4" w14:textId="77777777" w:rsidR="0027610C" w:rsidRDefault="0027610C"/>
    <w:p w14:paraId="6D663685" w14:textId="77777777" w:rsidR="0027610C" w:rsidRDefault="0027610C"/>
    <w:p w14:paraId="215034DC" w14:textId="77777777" w:rsidR="0027610C" w:rsidRDefault="0027610C"/>
    <w:p w14:paraId="6DD0BDF2" w14:textId="77777777" w:rsidR="0027610C" w:rsidRDefault="0027610C"/>
    <w:p w14:paraId="22CFF168" w14:textId="77777777" w:rsidR="0027610C" w:rsidRDefault="0027610C"/>
    <w:p w14:paraId="0FF1EC29" w14:textId="77777777" w:rsidR="0027610C" w:rsidRDefault="0027610C"/>
    <w:p w14:paraId="53F0CAC8" w14:textId="77777777" w:rsidR="0027610C" w:rsidRDefault="0027610C"/>
    <w:p w14:paraId="3849FAF7" w14:textId="2BE438AC" w:rsidR="0027610C" w:rsidRDefault="0027610C"/>
    <w:p w14:paraId="56DB0192" w14:textId="15529921" w:rsidR="00E11877" w:rsidRDefault="000D059F">
      <w:pPr>
        <w:pStyle w:val="Heading1"/>
      </w:pPr>
      <w:r>
        <w:t>Sensory Circuits &amp; QT Robot Support</w:t>
      </w:r>
    </w:p>
    <w:p w14:paraId="0AAD3F6E" w14:textId="4570A761" w:rsidR="0027610C" w:rsidRPr="0027610C" w:rsidRDefault="0027610C" w:rsidP="0027610C">
      <w:pPr>
        <w:shd w:val="clear" w:color="auto" w:fill="FFFFFF"/>
        <w:spacing w:after="150" w:line="240" w:lineRule="auto"/>
        <w:textAlignment w:val="baseline"/>
        <w:rPr>
          <w:rFonts w:ascii="Aptos" w:eastAsia="Times New Roman" w:hAnsi="Aptos" w:cs="Times New Roman"/>
          <w:color w:val="000000"/>
          <w:lang w:val="en-GB" w:eastAsia="en-GB"/>
        </w:rPr>
      </w:pPr>
      <w:r w:rsidRPr="0027610C">
        <w:rPr>
          <w:rFonts w:ascii="Aptos" w:eastAsia="Times New Roman" w:hAnsi="Aptos" w:cs="Times New Roman"/>
          <w:color w:val="000000"/>
          <w:lang w:val="en-GB" w:eastAsia="en-GB"/>
        </w:rPr>
        <w:t>A big thank you to our highly specialised Occupational Therapist Rachel Peek, who has worked tirelessly to support staff develop the environment and meet children's clinical needs. Pupils are benefitting from Sensory Circuits each morning. Rachel has supported and trained staff to deliver these sessions. Sensory diets are personalised plans designed to help learners regulate their sensory input throughout the day. They include various activities categorised as alerting, calming and organising, each serving different purposes in managing sensory need.</w:t>
      </w:r>
    </w:p>
    <w:p w14:paraId="33672087" w14:textId="11156B26" w:rsidR="0027610C" w:rsidRPr="0027610C" w:rsidRDefault="0027610C" w:rsidP="0027610C">
      <w:pPr>
        <w:shd w:val="clear" w:color="auto" w:fill="FFFFFF"/>
        <w:spacing w:after="150" w:line="240" w:lineRule="auto"/>
        <w:textAlignment w:val="baseline"/>
        <w:rPr>
          <w:rFonts w:ascii="Aptos" w:eastAsia="Times New Roman" w:hAnsi="Aptos" w:cs="Times New Roman"/>
          <w:color w:val="000000"/>
          <w:lang w:val="en-GB" w:eastAsia="en-GB"/>
        </w:rPr>
      </w:pPr>
      <w:r w:rsidRPr="0027610C">
        <w:rPr>
          <w:rFonts w:ascii="Aptos" w:eastAsia="Times New Roman" w:hAnsi="Aptos" w:cs="Times New Roman"/>
          <w:color w:val="000000"/>
          <w:lang w:val="en-GB" w:eastAsia="en-GB"/>
        </w:rPr>
        <w:t>Alerting Activities - These activities increase alertness and energy levels. They are typically stimulating and can help individuals feel more awake and focused.</w:t>
      </w:r>
    </w:p>
    <w:p w14:paraId="1657A30B" w14:textId="493712A7" w:rsidR="0027610C" w:rsidRPr="0027610C" w:rsidRDefault="0027610C" w:rsidP="0027610C">
      <w:pPr>
        <w:shd w:val="clear" w:color="auto" w:fill="FFFFFF"/>
        <w:spacing w:after="150" w:line="240" w:lineRule="auto"/>
        <w:textAlignment w:val="baseline"/>
        <w:rPr>
          <w:rFonts w:ascii="Aptos" w:eastAsia="Times New Roman" w:hAnsi="Aptos" w:cs="Times New Roman"/>
          <w:color w:val="000000"/>
          <w:lang w:val="en-GB" w:eastAsia="en-GB"/>
        </w:rPr>
      </w:pPr>
      <w:r w:rsidRPr="0027610C">
        <w:rPr>
          <w:rFonts w:ascii="Aptos" w:eastAsia="Times New Roman" w:hAnsi="Aptos" w:cs="Times New Roman"/>
          <w:color w:val="000000"/>
          <w:lang w:val="en-GB" w:eastAsia="en-GB"/>
        </w:rPr>
        <w:t>Organising Activities - These activities help individuals feel more grounded and focused, promoting a sense of stability. They often combine elements of both alerting and calming.</w:t>
      </w:r>
    </w:p>
    <w:p w14:paraId="3B169694" w14:textId="70041AA8" w:rsidR="0027610C" w:rsidRDefault="0027610C" w:rsidP="0027610C">
      <w:pPr>
        <w:shd w:val="clear" w:color="auto" w:fill="FFFFFF"/>
        <w:spacing w:after="150" w:line="240" w:lineRule="auto"/>
        <w:textAlignment w:val="baseline"/>
        <w:rPr>
          <w:rFonts w:ascii="Aptos" w:eastAsia="Times New Roman" w:hAnsi="Aptos" w:cs="Times New Roman"/>
          <w:color w:val="000000"/>
          <w:lang w:val="en-GB" w:eastAsia="en-GB"/>
        </w:rPr>
      </w:pPr>
      <w:r w:rsidRPr="0027610C">
        <w:rPr>
          <w:rFonts w:ascii="Aptos" w:eastAsia="Times New Roman" w:hAnsi="Aptos" w:cs="Times New Roman"/>
          <w:color w:val="000000"/>
          <w:lang w:val="en-GB" w:eastAsia="en-GB"/>
        </w:rPr>
        <w:t>Calming Activities - These activities aim to reduce anxiety and help individuals relax. These are usually soothing and can help lower energy levels.</w:t>
      </w:r>
    </w:p>
    <w:p w14:paraId="7D832812" w14:textId="3B3BE024"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7E8608DA" w14:textId="2493778C"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r>
        <w:rPr>
          <w:rFonts w:ascii="Aptos" w:eastAsia="Times New Roman" w:hAnsi="Aptos" w:cs="Times New Roman"/>
          <w:noProof/>
          <w:color w:val="000000"/>
          <w:lang w:val="en-GB" w:eastAsia="en-GB"/>
        </w:rPr>
        <w:drawing>
          <wp:anchor distT="0" distB="0" distL="114300" distR="114300" simplePos="0" relativeHeight="251639808" behindDoc="0" locked="0" layoutInCell="1" allowOverlap="1" wp14:anchorId="73B11AB2" wp14:editId="6FD422A8">
            <wp:simplePos x="0" y="0"/>
            <wp:positionH relativeFrom="column">
              <wp:posOffset>990600</wp:posOffset>
            </wp:positionH>
            <wp:positionV relativeFrom="paragraph">
              <wp:posOffset>20955</wp:posOffset>
            </wp:positionV>
            <wp:extent cx="3047876" cy="2391410"/>
            <wp:effectExtent l="0" t="0" r="635" b="8890"/>
            <wp:wrapNone/>
            <wp:docPr id="1536986325" name="Picture 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86325" name="Picture 9" descr="A group of people in a room&#10;&#10;AI-generated content may be incorrect."/>
                    <pic:cNvPicPr/>
                  </pic:nvPicPr>
                  <pic:blipFill>
                    <a:blip r:embed="rId15"/>
                    <a:stretch>
                      <a:fillRect/>
                    </a:stretch>
                  </pic:blipFill>
                  <pic:spPr>
                    <a:xfrm>
                      <a:off x="0" y="0"/>
                      <a:ext cx="3051355" cy="23941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147A6F" w14:textId="65631116"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3DA49EB9" w14:textId="77777777"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4DA9C85F" w14:textId="5D5F15B3"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0287A741" w14:textId="0674BD80"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5BC2D5BC" w14:textId="77777777"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19E560EE" w14:textId="77777777"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75A5DC13" w14:textId="77777777"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3DA9316B" w14:textId="77777777" w:rsidR="00AC6DB7"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61E02FCD" w14:textId="3487B2B4" w:rsidR="00AC6DB7" w:rsidRPr="0027610C" w:rsidRDefault="00AC6DB7" w:rsidP="0027610C">
      <w:pPr>
        <w:shd w:val="clear" w:color="auto" w:fill="FFFFFF"/>
        <w:spacing w:after="150" w:line="240" w:lineRule="auto"/>
        <w:textAlignment w:val="baseline"/>
        <w:rPr>
          <w:rFonts w:ascii="Aptos" w:eastAsia="Times New Roman" w:hAnsi="Aptos" w:cs="Times New Roman"/>
          <w:color w:val="000000"/>
          <w:lang w:val="en-GB" w:eastAsia="en-GB"/>
        </w:rPr>
      </w:pPr>
    </w:p>
    <w:p w14:paraId="6C9B8916" w14:textId="77777777" w:rsidR="0027610C" w:rsidRPr="0027610C" w:rsidRDefault="0027610C" w:rsidP="0027610C">
      <w:pPr>
        <w:shd w:val="clear" w:color="auto" w:fill="FFFFFF"/>
        <w:spacing w:after="0" w:line="240" w:lineRule="auto"/>
        <w:textAlignment w:val="baseline"/>
        <w:rPr>
          <w:rFonts w:ascii="Aptos" w:eastAsia="Times New Roman" w:hAnsi="Aptos" w:cs="Times New Roman"/>
          <w:color w:val="000000"/>
          <w:lang w:val="en-GB" w:eastAsia="en-GB"/>
        </w:rPr>
      </w:pPr>
    </w:p>
    <w:p w14:paraId="25E706EE" w14:textId="314282A9" w:rsidR="0027610C" w:rsidRPr="0027610C" w:rsidRDefault="0027610C" w:rsidP="0027610C">
      <w:pPr>
        <w:shd w:val="clear" w:color="auto" w:fill="FFFFFF"/>
        <w:spacing w:after="0" w:line="240" w:lineRule="auto"/>
        <w:textAlignment w:val="baseline"/>
        <w:rPr>
          <w:rFonts w:ascii="Aptos" w:eastAsia="Times New Roman" w:hAnsi="Aptos" w:cs="Times New Roman"/>
          <w:color w:val="000000"/>
          <w:lang w:val="en-GB" w:eastAsia="en-GB"/>
        </w:rPr>
      </w:pPr>
      <w:r w:rsidRPr="0027610C">
        <w:rPr>
          <w:rFonts w:ascii="Aptos" w:eastAsia="Times New Roman" w:hAnsi="Aptos" w:cs="Times New Roman"/>
          <w:color w:val="000000"/>
          <w:lang w:val="en-GB" w:eastAsia="en-GB"/>
        </w:rPr>
        <w:t xml:space="preserve">A big thank you to Julia Hunter (SALT and Clinical Lead) who has worked with Mrs Wheeler to set up QT robot interventions and for her support and training of SALT approaches for the staff. We are </w:t>
      </w:r>
      <w:proofErr w:type="gramStart"/>
      <w:r w:rsidRPr="0027610C">
        <w:rPr>
          <w:rFonts w:ascii="Aptos" w:eastAsia="Times New Roman" w:hAnsi="Aptos" w:cs="Times New Roman"/>
          <w:color w:val="000000"/>
          <w:lang w:val="en-GB" w:eastAsia="en-GB"/>
        </w:rPr>
        <w:t>really proud</w:t>
      </w:r>
      <w:proofErr w:type="gramEnd"/>
      <w:r w:rsidRPr="0027610C">
        <w:rPr>
          <w:rFonts w:ascii="Aptos" w:eastAsia="Times New Roman" w:hAnsi="Aptos" w:cs="Times New Roman"/>
          <w:color w:val="000000"/>
          <w:lang w:val="en-GB" w:eastAsia="en-GB"/>
        </w:rPr>
        <w:t xml:space="preserve"> of the environment we have created to clinically meet pupils' needs. </w:t>
      </w:r>
    </w:p>
    <w:p w14:paraId="1F713DB0" w14:textId="77777777" w:rsidR="00AC6DB7" w:rsidRDefault="00AC6DB7" w:rsidP="0027610C"/>
    <w:p w14:paraId="11A54519" w14:textId="77777777" w:rsidR="00AC6DB7" w:rsidRDefault="00AC6DB7" w:rsidP="0027610C"/>
    <w:p w14:paraId="0F6C57DF" w14:textId="2D8BE4FE" w:rsidR="0027610C" w:rsidRPr="0027610C" w:rsidRDefault="0027610C" w:rsidP="0027610C"/>
    <w:p w14:paraId="41AE06AA" w14:textId="66A3F90B" w:rsidR="00E11877" w:rsidRDefault="000D059F">
      <w:pPr>
        <w:pStyle w:val="Heading1"/>
      </w:pPr>
      <w:r>
        <w:lastRenderedPageBreak/>
        <w:t>This Term at Brinksway</w:t>
      </w:r>
    </w:p>
    <w:p w14:paraId="3F8AA000" w14:textId="386B9577" w:rsidR="00AC6DB7" w:rsidRDefault="00AC6DB7">
      <w:r>
        <w:rPr>
          <w:noProof/>
        </w:rPr>
        <w:drawing>
          <wp:anchor distT="0" distB="0" distL="114300" distR="114300" simplePos="0" relativeHeight="251661312" behindDoc="0" locked="0" layoutInCell="1" allowOverlap="1" wp14:anchorId="2AF657A8" wp14:editId="63C860D4">
            <wp:simplePos x="0" y="0"/>
            <wp:positionH relativeFrom="column">
              <wp:posOffset>3078480</wp:posOffset>
            </wp:positionH>
            <wp:positionV relativeFrom="paragraph">
              <wp:posOffset>413385</wp:posOffset>
            </wp:positionV>
            <wp:extent cx="2156460" cy="2476500"/>
            <wp:effectExtent l="0" t="0" r="0" b="0"/>
            <wp:wrapNone/>
            <wp:docPr id="553975249" name="Picture 11" descr="A person holding a small yellow bi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75249" name="Picture 11" descr="A person holding a small yellow bird&#10;&#10;AI-generated content may be incorrect."/>
                    <pic:cNvPicPr/>
                  </pic:nvPicPr>
                  <pic:blipFill>
                    <a:blip r:embed="rId16"/>
                    <a:stretch>
                      <a:fillRect/>
                    </a:stretch>
                  </pic:blipFill>
                  <pic:spPr>
                    <a:xfrm>
                      <a:off x="0" y="0"/>
                      <a:ext cx="2156460" cy="2476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059F">
        <w:t xml:space="preserve">🐣 </w:t>
      </w:r>
      <w:r w:rsidR="000D059F" w:rsidRPr="00AC6DB7">
        <w:rPr>
          <w:b/>
          <w:bCs/>
        </w:rPr>
        <w:t>Chick Hatching at Bowlands Farm</w:t>
      </w:r>
      <w:r w:rsidR="000D059F">
        <w:br/>
        <w:t>As part of Earth Month, students are observing eggs hatching in class! This hands-on experience has inspired curiosity and care.</w:t>
      </w:r>
    </w:p>
    <w:p w14:paraId="38532CE8" w14:textId="2DBE3DE8" w:rsidR="00AC6DB7" w:rsidRDefault="00AC6DB7">
      <w:r>
        <w:rPr>
          <w:noProof/>
        </w:rPr>
        <w:drawing>
          <wp:anchor distT="0" distB="0" distL="114300" distR="114300" simplePos="0" relativeHeight="251653120" behindDoc="0" locked="0" layoutInCell="1" allowOverlap="1" wp14:anchorId="5E9E67CE" wp14:editId="2A425EED">
            <wp:simplePos x="0" y="0"/>
            <wp:positionH relativeFrom="column">
              <wp:posOffset>0</wp:posOffset>
            </wp:positionH>
            <wp:positionV relativeFrom="paragraph">
              <wp:posOffset>8255</wp:posOffset>
            </wp:positionV>
            <wp:extent cx="2488565" cy="2125980"/>
            <wp:effectExtent l="0" t="0" r="6985" b="7620"/>
            <wp:wrapNone/>
            <wp:docPr id="1641231912" name="Picture 10" descr="A machine with egg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31912" name="Picture 10" descr="A machine with eggs in it&#10;&#10;AI-generated content may be incorrect."/>
                    <pic:cNvPicPr/>
                  </pic:nvPicPr>
                  <pic:blipFill>
                    <a:blip r:embed="rId17"/>
                    <a:stretch>
                      <a:fillRect/>
                    </a:stretch>
                  </pic:blipFill>
                  <pic:spPr>
                    <a:xfrm>
                      <a:off x="0" y="0"/>
                      <a:ext cx="2490131" cy="21273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2351F7" w14:textId="0142102F" w:rsidR="00AC6DB7" w:rsidRDefault="00AC6DB7"/>
    <w:p w14:paraId="5447CCB1" w14:textId="5BE55EC1" w:rsidR="00AC6DB7" w:rsidRDefault="00AC6DB7"/>
    <w:p w14:paraId="347E2D06" w14:textId="3ABB988F" w:rsidR="00AC6DB7" w:rsidRDefault="00AC6DB7"/>
    <w:p w14:paraId="6A806A5E" w14:textId="1CDEAB79" w:rsidR="00AC6DB7" w:rsidRDefault="00AC6DB7"/>
    <w:p w14:paraId="2F982EEC" w14:textId="07AFD628" w:rsidR="00AC6DB7" w:rsidRDefault="000D059F">
      <w:r>
        <w:br/>
      </w:r>
    </w:p>
    <w:p w14:paraId="2BB38F90" w14:textId="539815E4" w:rsidR="00AC6DB7" w:rsidRDefault="00AC6DB7"/>
    <w:p w14:paraId="566175ED" w14:textId="77777777" w:rsidR="0018136A" w:rsidRDefault="000D059F">
      <w:r>
        <w:br/>
      </w:r>
    </w:p>
    <w:p w14:paraId="0862CC71" w14:textId="0D8C31DC" w:rsidR="00AC6DB7" w:rsidRDefault="000D059F">
      <w:r>
        <w:t xml:space="preserve">🐕 </w:t>
      </w:r>
      <w:r w:rsidRPr="00AC6DB7">
        <w:rPr>
          <w:b/>
          <w:bCs/>
        </w:rPr>
        <w:t>Animal Therapy &amp; Jump Space</w:t>
      </w:r>
      <w:r>
        <w:br/>
        <w:t xml:space="preserve">Animal handling, feeding and care continue to run on a rota alongside Jump Space visits—a specialist SEN </w:t>
      </w:r>
      <w:r w:rsidR="00AC6DB7">
        <w:t>Centre</w:t>
      </w:r>
      <w:r>
        <w:t xml:space="preserve"> supporting EHCP targets.</w:t>
      </w:r>
    </w:p>
    <w:p w14:paraId="13E5C0D0" w14:textId="5E748C74" w:rsidR="00AC6DB7" w:rsidRDefault="00AC6DB7"/>
    <w:p w14:paraId="7F3E4622" w14:textId="6780EA9A" w:rsidR="00AC6DB7" w:rsidRDefault="00AC6DB7"/>
    <w:p w14:paraId="39C6DF21" w14:textId="431907DD" w:rsidR="00AC6DB7" w:rsidRDefault="00AC6DB7">
      <w:r>
        <w:rPr>
          <w:noProof/>
        </w:rPr>
        <w:drawing>
          <wp:anchor distT="0" distB="0" distL="114300" distR="114300" simplePos="0" relativeHeight="251675648" behindDoc="0" locked="0" layoutInCell="1" allowOverlap="1" wp14:anchorId="4FE9921F" wp14:editId="5A99AECA">
            <wp:simplePos x="0" y="0"/>
            <wp:positionH relativeFrom="column">
              <wp:posOffset>2750820</wp:posOffset>
            </wp:positionH>
            <wp:positionV relativeFrom="paragraph">
              <wp:posOffset>6985</wp:posOffset>
            </wp:positionV>
            <wp:extent cx="2849880" cy="2591971"/>
            <wp:effectExtent l="0" t="0" r="7620" b="0"/>
            <wp:wrapNone/>
            <wp:docPr id="324259690" name="Picture 13" descr="A small animal on a person's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59690" name="Picture 13" descr="A small animal on a person's hands&#10;&#10;AI-generated content may be incorrect."/>
                    <pic:cNvPicPr/>
                  </pic:nvPicPr>
                  <pic:blipFill>
                    <a:blip r:embed="rId18"/>
                    <a:stretch>
                      <a:fillRect/>
                    </a:stretch>
                  </pic:blipFill>
                  <pic:spPr>
                    <a:xfrm>
                      <a:off x="0" y="0"/>
                      <a:ext cx="2849880" cy="259197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1C06E2AA" wp14:editId="287E5B4F">
            <wp:simplePos x="0" y="0"/>
            <wp:positionH relativeFrom="column">
              <wp:posOffset>0</wp:posOffset>
            </wp:positionH>
            <wp:positionV relativeFrom="paragraph">
              <wp:posOffset>76835</wp:posOffset>
            </wp:positionV>
            <wp:extent cx="1874520" cy="2125464"/>
            <wp:effectExtent l="0" t="0" r="0" b="8255"/>
            <wp:wrapNone/>
            <wp:docPr id="1384289858" name="Picture 12" descr="A child holding a m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89858" name="Picture 12" descr="A child holding a mouse&#10;&#10;AI-generated content may be incorrect."/>
                    <pic:cNvPicPr/>
                  </pic:nvPicPr>
                  <pic:blipFill>
                    <a:blip r:embed="rId19"/>
                    <a:stretch>
                      <a:fillRect/>
                    </a:stretch>
                  </pic:blipFill>
                  <pic:spPr>
                    <a:xfrm>
                      <a:off x="0" y="0"/>
                      <a:ext cx="1874520" cy="212546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2E90F5" w14:textId="7DF542CB" w:rsidR="00AC6DB7" w:rsidRDefault="00AC6DB7"/>
    <w:p w14:paraId="56BE8F0C" w14:textId="438D9A9D" w:rsidR="00AC6DB7" w:rsidRDefault="00AC6DB7"/>
    <w:p w14:paraId="1C0A7F5C" w14:textId="77777777" w:rsidR="00AC6DB7" w:rsidRDefault="00AC6DB7"/>
    <w:p w14:paraId="13FDD867" w14:textId="77777777" w:rsidR="00AC6DB7" w:rsidRDefault="00AC6DB7"/>
    <w:p w14:paraId="66ACB8AB" w14:textId="77777777" w:rsidR="00AC6DB7" w:rsidRDefault="00AC6DB7"/>
    <w:p w14:paraId="1ADD7647" w14:textId="77777777" w:rsidR="00AC6DB7" w:rsidRDefault="00AC6DB7"/>
    <w:p w14:paraId="0F0D809E" w14:textId="77777777" w:rsidR="00AC6DB7" w:rsidRDefault="00AC6DB7"/>
    <w:p w14:paraId="6E26444F" w14:textId="77777777" w:rsidR="00AC6DB7" w:rsidRDefault="00AC6DB7"/>
    <w:p w14:paraId="78156B3D" w14:textId="6BA212A5" w:rsidR="00AC6DB7" w:rsidRDefault="00B34458">
      <w:r>
        <w:rPr>
          <w:noProof/>
        </w:rPr>
        <w:lastRenderedPageBreak/>
        <w:drawing>
          <wp:anchor distT="0" distB="0" distL="114300" distR="114300" simplePos="0" relativeHeight="251684864" behindDoc="0" locked="0" layoutInCell="1" allowOverlap="1" wp14:anchorId="59E02406" wp14:editId="5701EADB">
            <wp:simplePos x="0" y="0"/>
            <wp:positionH relativeFrom="column">
              <wp:posOffset>3368040</wp:posOffset>
            </wp:positionH>
            <wp:positionV relativeFrom="paragraph">
              <wp:posOffset>601980</wp:posOffset>
            </wp:positionV>
            <wp:extent cx="2108933" cy="3337560"/>
            <wp:effectExtent l="0" t="0" r="5715" b="0"/>
            <wp:wrapNone/>
            <wp:docPr id="650900921" name="Picture 14" descr="A person holding a basketball and a child holding a 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00921" name="Picture 14" descr="A person holding a basketball and a child holding a ball&#10;&#10;AI-generated content may be incorrect."/>
                    <pic:cNvPicPr/>
                  </pic:nvPicPr>
                  <pic:blipFill>
                    <a:blip r:embed="rId20"/>
                    <a:stretch>
                      <a:fillRect/>
                    </a:stretch>
                  </pic:blipFill>
                  <pic:spPr>
                    <a:xfrm>
                      <a:off x="0" y="0"/>
                      <a:ext cx="2108933" cy="33375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D059F">
        <w:t xml:space="preserve">🏃 </w:t>
      </w:r>
      <w:r w:rsidR="000D059F" w:rsidRPr="00AC6DB7">
        <w:rPr>
          <w:b/>
          <w:bCs/>
        </w:rPr>
        <w:t>SEN PE Class</w:t>
      </w:r>
      <w:r w:rsidR="000D059F">
        <w:br/>
        <w:t>All pupils enjoyed a trial PE session from an external provider, building coordination and communication in an inclusive, supportive environment.</w:t>
      </w:r>
    </w:p>
    <w:p w14:paraId="2617BD85" w14:textId="44522A8D" w:rsidR="00AC6DB7" w:rsidRDefault="00AC6DB7"/>
    <w:p w14:paraId="6C6951DF" w14:textId="4C52E844" w:rsidR="00B34458" w:rsidRDefault="00B34458">
      <w:r>
        <w:rPr>
          <w:noProof/>
        </w:rPr>
        <w:drawing>
          <wp:anchor distT="0" distB="0" distL="114300" distR="114300" simplePos="0" relativeHeight="251698176" behindDoc="0" locked="0" layoutInCell="1" allowOverlap="1" wp14:anchorId="26B4151E" wp14:editId="3F989095">
            <wp:simplePos x="0" y="0"/>
            <wp:positionH relativeFrom="column">
              <wp:posOffset>723900</wp:posOffset>
            </wp:positionH>
            <wp:positionV relativeFrom="paragraph">
              <wp:posOffset>19050</wp:posOffset>
            </wp:positionV>
            <wp:extent cx="1996440" cy="2261161"/>
            <wp:effectExtent l="0" t="0" r="3810" b="6350"/>
            <wp:wrapNone/>
            <wp:docPr id="29319004" name="Picture 17" descr="A child holding a hula hoo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9004" name="Picture 17" descr="A child holding a hula hoop&#10;&#10;AI-generated content may be incorrect."/>
                    <pic:cNvPicPr/>
                  </pic:nvPicPr>
                  <pic:blipFill>
                    <a:blip r:embed="rId21"/>
                    <a:stretch>
                      <a:fillRect/>
                    </a:stretch>
                  </pic:blipFill>
                  <pic:spPr>
                    <a:xfrm>
                      <a:off x="0" y="0"/>
                      <a:ext cx="1996440" cy="226116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A382B6C" w14:textId="05D0F91F" w:rsidR="00B34458" w:rsidRDefault="00B34458"/>
    <w:p w14:paraId="75BF5E99" w14:textId="16297BF1" w:rsidR="00B34458" w:rsidRDefault="00B34458"/>
    <w:p w14:paraId="29ED391E" w14:textId="55C9F1FE" w:rsidR="00B34458" w:rsidRDefault="00B34458"/>
    <w:p w14:paraId="1417344C" w14:textId="708172D4" w:rsidR="00B34458" w:rsidRDefault="00B34458"/>
    <w:p w14:paraId="3D88021E" w14:textId="51668BF7" w:rsidR="00B34458" w:rsidRDefault="00B34458"/>
    <w:p w14:paraId="38C165BE" w14:textId="77777777" w:rsidR="00B34458" w:rsidRDefault="00B34458"/>
    <w:p w14:paraId="4A818C97" w14:textId="7ECD1B96" w:rsidR="00B34458" w:rsidRDefault="00B34458"/>
    <w:p w14:paraId="4539C451" w14:textId="7F3DF412" w:rsidR="00AC6DB7" w:rsidRDefault="00AC6DB7"/>
    <w:p w14:paraId="4C428C63" w14:textId="23FC9226" w:rsidR="00E11877" w:rsidRDefault="000D059F">
      <w:r>
        <w:t xml:space="preserve">🎵 </w:t>
      </w:r>
      <w:r w:rsidRPr="00AC6DB7">
        <w:rPr>
          <w:b/>
          <w:bCs/>
        </w:rPr>
        <w:t>Music Therapy Begins!</w:t>
      </w:r>
      <w:r>
        <w:br/>
        <w:t>This term, classes will participate in music therapy sessions, while KS2 students will also work toward a First Aid qualification and continue swimming lessons.</w:t>
      </w:r>
      <w:r>
        <w:br/>
      </w:r>
      <w:r>
        <w:br/>
        <w:t xml:space="preserve">🤟 </w:t>
      </w:r>
      <w:r w:rsidRPr="00B34458">
        <w:rPr>
          <w:b/>
          <w:bCs/>
        </w:rPr>
        <w:t>British Sign Language</w:t>
      </w:r>
      <w:r>
        <w:br/>
        <w:t>We are further developing our use of BSL across the school to enrich communication for all pupils.</w:t>
      </w:r>
    </w:p>
    <w:p w14:paraId="301089A2" w14:textId="1CE32685" w:rsidR="00E11877" w:rsidRDefault="000D059F">
      <w:pPr>
        <w:pStyle w:val="Heading1"/>
      </w:pPr>
      <w:r>
        <w:t>Easter Coffee Morning</w:t>
      </w:r>
    </w:p>
    <w:p w14:paraId="56C9E101" w14:textId="1D9963B1" w:rsidR="008D10C0" w:rsidRDefault="000D059F">
      <w:r>
        <w:t xml:space="preserve">A big thank you to everyone who joined us! Families connected over crafts and learned more about our INSPIRE behaviour system.  </w:t>
      </w:r>
    </w:p>
    <w:p w14:paraId="6F23BAC1" w14:textId="209239EC" w:rsidR="008D10C0" w:rsidRDefault="0018136A">
      <w:r>
        <w:rPr>
          <w:noProof/>
        </w:rPr>
        <w:drawing>
          <wp:anchor distT="0" distB="0" distL="114300" distR="114300" simplePos="0" relativeHeight="251735040" behindDoc="0" locked="0" layoutInCell="1" allowOverlap="1" wp14:anchorId="3E03E5F5" wp14:editId="53E8DC85">
            <wp:simplePos x="0" y="0"/>
            <wp:positionH relativeFrom="column">
              <wp:posOffset>3848100</wp:posOffset>
            </wp:positionH>
            <wp:positionV relativeFrom="paragraph">
              <wp:posOffset>57151</wp:posOffset>
            </wp:positionV>
            <wp:extent cx="1637665" cy="2080260"/>
            <wp:effectExtent l="0" t="0" r="635" b="0"/>
            <wp:wrapNone/>
            <wp:docPr id="1343479994" name="Picture 22" descr="A group of people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79994" name="Picture 22" descr="A group of people sitting around a table&#10;&#10;AI-generated content may be incorrect."/>
                    <pic:cNvPicPr/>
                  </pic:nvPicPr>
                  <pic:blipFill>
                    <a:blip r:embed="rId22"/>
                    <a:stretch>
                      <a:fillRect/>
                    </a:stretch>
                  </pic:blipFill>
                  <pic:spPr>
                    <a:xfrm>
                      <a:off x="0" y="0"/>
                      <a:ext cx="1639163" cy="208216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0" locked="0" layoutInCell="1" allowOverlap="1" wp14:anchorId="70BFC148" wp14:editId="11A47296">
            <wp:simplePos x="0" y="0"/>
            <wp:positionH relativeFrom="column">
              <wp:posOffset>1889760</wp:posOffset>
            </wp:positionH>
            <wp:positionV relativeFrom="paragraph">
              <wp:posOffset>12700</wp:posOffset>
            </wp:positionV>
            <wp:extent cx="1873149" cy="1836420"/>
            <wp:effectExtent l="0" t="0" r="0" b="0"/>
            <wp:wrapNone/>
            <wp:docPr id="1679707849" name="Picture 18" descr="A group of people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07849" name="Picture 18" descr="A group of people around a table&#10;&#10;AI-generated content may be incorrect."/>
                    <pic:cNvPicPr/>
                  </pic:nvPicPr>
                  <pic:blipFill>
                    <a:blip r:embed="rId23"/>
                    <a:stretch>
                      <a:fillRect/>
                    </a:stretch>
                  </pic:blipFill>
                  <pic:spPr>
                    <a:xfrm>
                      <a:off x="0" y="0"/>
                      <a:ext cx="1873149" cy="18364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D10C0">
        <w:rPr>
          <w:noProof/>
        </w:rPr>
        <w:drawing>
          <wp:anchor distT="0" distB="0" distL="114300" distR="114300" simplePos="0" relativeHeight="251721728" behindDoc="0" locked="0" layoutInCell="1" allowOverlap="1" wp14:anchorId="01BFDEF8" wp14:editId="083CE8B2">
            <wp:simplePos x="0" y="0"/>
            <wp:positionH relativeFrom="column">
              <wp:posOffset>0</wp:posOffset>
            </wp:positionH>
            <wp:positionV relativeFrom="paragraph">
              <wp:posOffset>8890</wp:posOffset>
            </wp:positionV>
            <wp:extent cx="1805940" cy="2065020"/>
            <wp:effectExtent l="0" t="0" r="3810" b="0"/>
            <wp:wrapNone/>
            <wp:docPr id="941483664" name="Picture 19"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3664" name="Picture 19" descr="A group of people sitting at a table&#10;&#10;AI-generated content may be incorrect."/>
                    <pic:cNvPicPr/>
                  </pic:nvPicPr>
                  <pic:blipFill>
                    <a:blip r:embed="rId24"/>
                    <a:stretch>
                      <a:fillRect/>
                    </a:stretch>
                  </pic:blipFill>
                  <pic:spPr>
                    <a:xfrm>
                      <a:off x="0" y="0"/>
                      <a:ext cx="1805940" cy="20650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87640BC" w14:textId="2D971D8E" w:rsidR="008D10C0" w:rsidRDefault="008D10C0"/>
    <w:p w14:paraId="404EEF8D" w14:textId="176593BF" w:rsidR="008D10C0" w:rsidRDefault="008D10C0"/>
    <w:p w14:paraId="13DA32BC" w14:textId="77777777" w:rsidR="008D10C0" w:rsidRDefault="008D10C0"/>
    <w:p w14:paraId="2D5A44B4" w14:textId="4F2A60FF" w:rsidR="0018136A" w:rsidRDefault="0018136A"/>
    <w:p w14:paraId="057CD343" w14:textId="40D458AA" w:rsidR="00E11877" w:rsidRDefault="000D059F">
      <w:r w:rsidRPr="0018136A">
        <w:rPr>
          <w:b/>
          <w:bCs/>
        </w:rPr>
        <w:lastRenderedPageBreak/>
        <w:t>🏆 Congratulations</w:t>
      </w:r>
      <w:r>
        <w:t xml:space="preserve"> to Dotty Rae, winner of the Easter Egg competition, and to Renesmee for her beautiful display!</w:t>
      </w:r>
    </w:p>
    <w:p w14:paraId="7B3198B3" w14:textId="2E45F8D9" w:rsidR="0018136A" w:rsidRDefault="0018136A">
      <w:r>
        <w:rPr>
          <w:noProof/>
        </w:rPr>
        <w:drawing>
          <wp:anchor distT="0" distB="0" distL="114300" distR="114300" simplePos="0" relativeHeight="251723776" behindDoc="0" locked="0" layoutInCell="1" allowOverlap="1" wp14:anchorId="0FAE6B03" wp14:editId="7060343D">
            <wp:simplePos x="0" y="0"/>
            <wp:positionH relativeFrom="column">
              <wp:posOffset>0</wp:posOffset>
            </wp:positionH>
            <wp:positionV relativeFrom="paragraph">
              <wp:posOffset>4445</wp:posOffset>
            </wp:positionV>
            <wp:extent cx="2148840" cy="2998381"/>
            <wp:effectExtent l="0" t="0" r="3810" b="0"/>
            <wp:wrapNone/>
            <wp:docPr id="605447950" name="Picture 20" descr="A child holding a basket with a basket of easter eg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47950" name="Picture 20" descr="A child holding a basket with a basket of easter eggs&#10;&#10;AI-generated content may be incorrect."/>
                    <pic:cNvPicPr/>
                  </pic:nvPicPr>
                  <pic:blipFill>
                    <a:blip r:embed="rId25"/>
                    <a:stretch>
                      <a:fillRect/>
                    </a:stretch>
                  </pic:blipFill>
                  <pic:spPr>
                    <a:xfrm>
                      <a:off x="0" y="0"/>
                      <a:ext cx="2148840" cy="2998381"/>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08C65AD" w14:textId="5F281B8F" w:rsidR="0018136A" w:rsidRDefault="0018136A"/>
    <w:p w14:paraId="5C7E2ED3" w14:textId="20B620AE" w:rsidR="0018136A" w:rsidRDefault="0018136A">
      <w:r>
        <w:rPr>
          <w:noProof/>
        </w:rPr>
        <w:drawing>
          <wp:anchor distT="0" distB="0" distL="114300" distR="114300" simplePos="0" relativeHeight="251727872" behindDoc="0" locked="0" layoutInCell="1" allowOverlap="1" wp14:anchorId="477608E2" wp14:editId="139A2EDE">
            <wp:simplePos x="0" y="0"/>
            <wp:positionH relativeFrom="column">
              <wp:posOffset>2148840</wp:posOffset>
            </wp:positionH>
            <wp:positionV relativeFrom="paragraph">
              <wp:posOffset>6350</wp:posOffset>
            </wp:positionV>
            <wp:extent cx="3496826" cy="1546860"/>
            <wp:effectExtent l="0" t="0" r="8890" b="0"/>
            <wp:wrapNone/>
            <wp:docPr id="1932664379" name="Picture 21" descr="A stuffed animal in a bas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664379" name="Picture 21" descr="A stuffed animal in a basket&#10;&#10;AI-generated content may be incorrect."/>
                    <pic:cNvPicPr/>
                  </pic:nvPicPr>
                  <pic:blipFill>
                    <a:blip r:embed="rId26"/>
                    <a:stretch>
                      <a:fillRect/>
                    </a:stretch>
                  </pic:blipFill>
                  <pic:spPr>
                    <a:xfrm>
                      <a:off x="0" y="0"/>
                      <a:ext cx="3496826" cy="1546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0EDDD9B" w14:textId="331DD334" w:rsidR="0018136A" w:rsidRDefault="0018136A"/>
    <w:p w14:paraId="399EA8AC" w14:textId="773B39F1" w:rsidR="0018136A" w:rsidRDefault="0018136A"/>
    <w:p w14:paraId="68117123" w14:textId="77777777" w:rsidR="0018136A" w:rsidRDefault="0018136A"/>
    <w:p w14:paraId="09181F95" w14:textId="77777777" w:rsidR="0018136A" w:rsidRDefault="0018136A"/>
    <w:p w14:paraId="790BB101" w14:textId="77777777" w:rsidR="0018136A" w:rsidRDefault="0018136A"/>
    <w:p w14:paraId="1B576B39" w14:textId="77777777" w:rsidR="0018136A" w:rsidRDefault="0018136A"/>
    <w:p w14:paraId="6F428A03" w14:textId="77777777" w:rsidR="0018136A" w:rsidRDefault="0018136A"/>
    <w:p w14:paraId="20C168CA" w14:textId="77777777" w:rsidR="00E11877" w:rsidRDefault="000D059F">
      <w:pPr>
        <w:pStyle w:val="Heading1"/>
      </w:pPr>
      <w:r>
        <w:t>Upcoming Event: David from Disability Stockport</w:t>
      </w:r>
    </w:p>
    <w:p w14:paraId="36DDD0BF" w14:textId="77777777" w:rsidR="00E11877" w:rsidRDefault="000D059F">
      <w:r>
        <w:t xml:space="preserve">📅 May 12th, 1pm  </w:t>
      </w:r>
      <w:r>
        <w:br/>
        <w:t>David will speak about life with autism, supported by a video and VR experience. Please look out for the link from the office to confirm your attendance.</w:t>
      </w:r>
    </w:p>
    <w:p w14:paraId="769DEE2C" w14:textId="77777777" w:rsidR="00E11877" w:rsidRDefault="000D059F">
      <w:pPr>
        <w:pStyle w:val="Heading1"/>
      </w:pPr>
      <w:r>
        <w:t>Staffing Updates</w:t>
      </w:r>
    </w:p>
    <w:p w14:paraId="23C7166E" w14:textId="1AD236C7" w:rsidR="00E11877" w:rsidRDefault="000D059F" w:rsidP="008D10C0">
      <w:r w:rsidRPr="008D10C0">
        <w:rPr>
          <w:b/>
          <w:bCs/>
        </w:rPr>
        <w:t>We are growing!</w:t>
      </w:r>
      <w:r>
        <w:br/>
      </w:r>
      <w:r>
        <w:br/>
        <w:t xml:space="preserve">- </w:t>
      </w:r>
      <w:r w:rsidR="0018136A">
        <w:t>Mrs.</w:t>
      </w:r>
      <w:r>
        <w:t xml:space="preserve"> Bradshaw is now </w:t>
      </w:r>
      <w:r w:rsidR="0018136A">
        <w:t>Ms.</w:t>
      </w:r>
      <w:r>
        <w:t xml:space="preserve"> Arrowsmith  </w:t>
      </w:r>
      <w:r>
        <w:br/>
        <w:t xml:space="preserve">- New Appointments:  </w:t>
      </w:r>
      <w:r>
        <w:br/>
        <w:t xml:space="preserve">- </w:t>
      </w:r>
      <w:r w:rsidR="0018136A">
        <w:t>Mrs.</w:t>
      </w:r>
      <w:r>
        <w:t xml:space="preserve"> Quigley (Psychologist)  </w:t>
      </w:r>
      <w:r>
        <w:br/>
        <w:t xml:space="preserve">- Meghan (Therapy Assistant)  </w:t>
      </w:r>
      <w:r>
        <w:br/>
        <w:t xml:space="preserve">- </w:t>
      </w:r>
      <w:r w:rsidR="0018136A">
        <w:t>Mrs.</w:t>
      </w:r>
      <w:r>
        <w:t xml:space="preserve"> Wheeler – now Assistant Headteacher  </w:t>
      </w:r>
      <w:r>
        <w:br/>
        <w:t xml:space="preserve">- </w:t>
      </w:r>
      <w:r w:rsidR="0018136A">
        <w:t>Mrs.</w:t>
      </w:r>
      <w:r>
        <w:t xml:space="preserve"> Bridgeen Whittle – joining as Deputy Headteacher in June  </w:t>
      </w:r>
      <w:r>
        <w:br/>
        <w:t xml:space="preserve">- Miss Penny Silverwood – SENCO and Assistant Headteacher  </w:t>
      </w:r>
      <w:r>
        <w:br/>
        <w:t xml:space="preserve">- New Staff: </w:t>
      </w:r>
      <w:r w:rsidR="0018136A">
        <w:t>Mr.</w:t>
      </w:r>
      <w:r>
        <w:t xml:space="preserve"> Massey, Miss Oakley, Mrs Denton, Mr Griffith, Miss Houghton, </w:t>
      </w:r>
      <w:r w:rsidR="008D10C0">
        <w:t xml:space="preserve"> Mrs.</w:t>
      </w:r>
      <w:r>
        <w:t xml:space="preserve"> Rafique, </w:t>
      </w:r>
      <w:r w:rsidR="008D10C0">
        <w:t xml:space="preserve">     </w:t>
      </w:r>
      <w:r>
        <w:t xml:space="preserve">Miss O Halloran (Teacher)  </w:t>
      </w:r>
      <w:r>
        <w:br/>
        <w:t xml:space="preserve">  - Kim Robinson (Kitchen Staff)</w:t>
      </w:r>
      <w:r>
        <w:br/>
      </w:r>
      <w:r>
        <w:br/>
        <w:t>Welcome to all our new team members!</w:t>
      </w:r>
    </w:p>
    <w:p w14:paraId="27B44AF6" w14:textId="77777777" w:rsidR="00E11877" w:rsidRDefault="000D059F">
      <w:pPr>
        <w:pStyle w:val="Heading1"/>
      </w:pPr>
      <w:r>
        <w:lastRenderedPageBreak/>
        <w:t>Term Dates &amp; Contact Updates</w:t>
      </w:r>
    </w:p>
    <w:p w14:paraId="4AAC8068" w14:textId="14843468" w:rsidR="00E11877" w:rsidRDefault="0018136A">
      <w:r>
        <w:rPr>
          <w:noProof/>
        </w:rPr>
        <w:drawing>
          <wp:anchor distT="0" distB="0" distL="114300" distR="114300" simplePos="0" relativeHeight="251737088" behindDoc="0" locked="0" layoutInCell="1" allowOverlap="1" wp14:anchorId="354A0A30" wp14:editId="79597BBA">
            <wp:simplePos x="0" y="0"/>
            <wp:positionH relativeFrom="column">
              <wp:posOffset>-586740</wp:posOffset>
            </wp:positionH>
            <wp:positionV relativeFrom="paragraph">
              <wp:posOffset>1685925</wp:posOffset>
            </wp:positionV>
            <wp:extent cx="6758940" cy="5326380"/>
            <wp:effectExtent l="0" t="0" r="3810" b="7620"/>
            <wp:wrapNone/>
            <wp:docPr id="354244461" name="Picture 23" descr="A calendar with different colore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44461" name="Picture 23" descr="A calendar with different colored numbers&#10;&#10;AI-generated content may be incorrect."/>
                    <pic:cNvPicPr/>
                  </pic:nvPicPr>
                  <pic:blipFill>
                    <a:blip r:embed="rId27"/>
                    <a:stretch>
                      <a:fillRect/>
                    </a:stretch>
                  </pic:blipFill>
                  <pic:spPr>
                    <a:xfrm>
                      <a:off x="0" y="0"/>
                      <a:ext cx="6758940" cy="5326380"/>
                    </a:xfrm>
                    <a:prstGeom prst="rect">
                      <a:avLst/>
                    </a:prstGeom>
                  </pic:spPr>
                </pic:pic>
              </a:graphicData>
            </a:graphic>
            <wp14:sizeRelH relativeFrom="margin">
              <wp14:pctWidth>0</wp14:pctWidth>
            </wp14:sizeRelH>
            <wp14:sizeRelV relativeFrom="margin">
              <wp14:pctHeight>0</wp14:pctHeight>
            </wp14:sizeRelV>
          </wp:anchor>
        </w:drawing>
      </w:r>
      <w:r w:rsidR="000D059F">
        <w:t>Please ensure the office has your most up-to-date contact details. If you’ve changed your number or address, call us on 0161 260 5376.</w:t>
      </w:r>
      <w:r w:rsidR="000D059F">
        <w:br/>
      </w:r>
      <w:r w:rsidR="000D059F">
        <w:br/>
      </w:r>
    </w:p>
    <w:sectPr w:rsidR="00E11877" w:rsidSect="000D059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C29E2B" w14:textId="77777777" w:rsidR="0018136A" w:rsidRDefault="0018136A" w:rsidP="0018136A">
      <w:pPr>
        <w:spacing w:after="0" w:line="240" w:lineRule="auto"/>
      </w:pPr>
      <w:r>
        <w:separator/>
      </w:r>
    </w:p>
  </w:endnote>
  <w:endnote w:type="continuationSeparator" w:id="0">
    <w:p w14:paraId="3045ED78" w14:textId="77777777" w:rsidR="0018136A" w:rsidRDefault="0018136A" w:rsidP="001813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8A6905" w14:textId="77777777" w:rsidR="0018136A" w:rsidRDefault="0018136A" w:rsidP="0018136A">
      <w:pPr>
        <w:spacing w:after="0" w:line="240" w:lineRule="auto"/>
      </w:pPr>
      <w:r>
        <w:separator/>
      </w:r>
    </w:p>
  </w:footnote>
  <w:footnote w:type="continuationSeparator" w:id="0">
    <w:p w14:paraId="3C5C1932" w14:textId="77777777" w:rsidR="0018136A" w:rsidRDefault="0018136A" w:rsidP="001813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16cid:durableId="777137610">
    <w:abstractNumId w:val="8"/>
  </w:num>
  <w:num w:numId="2" w16cid:durableId="1529099153">
    <w:abstractNumId w:val="6"/>
  </w:num>
  <w:num w:numId="3" w16cid:durableId="1539783710">
    <w:abstractNumId w:val="5"/>
  </w:num>
  <w:num w:numId="4" w16cid:durableId="607547577">
    <w:abstractNumId w:val="4"/>
  </w:num>
  <w:num w:numId="5" w16cid:durableId="1228540345">
    <w:abstractNumId w:val="7"/>
  </w:num>
  <w:num w:numId="6" w16cid:durableId="1988782132">
    <w:abstractNumId w:val="3"/>
  </w:num>
  <w:num w:numId="7" w16cid:durableId="1387030368">
    <w:abstractNumId w:val="2"/>
  </w:num>
  <w:num w:numId="8" w16cid:durableId="1638293676">
    <w:abstractNumId w:val="1"/>
  </w:num>
  <w:num w:numId="9" w16cid:durableId="5269883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51C10"/>
    <w:rsid w:val="0006063C"/>
    <w:rsid w:val="000D059F"/>
    <w:rsid w:val="000D1F29"/>
    <w:rsid w:val="0015074B"/>
    <w:rsid w:val="0018136A"/>
    <w:rsid w:val="0027610C"/>
    <w:rsid w:val="0029639D"/>
    <w:rsid w:val="002B0DDB"/>
    <w:rsid w:val="00326F90"/>
    <w:rsid w:val="00695506"/>
    <w:rsid w:val="006C73B1"/>
    <w:rsid w:val="008D10C0"/>
    <w:rsid w:val="00AA1D8D"/>
    <w:rsid w:val="00AC6DB7"/>
    <w:rsid w:val="00B34458"/>
    <w:rsid w:val="00B47730"/>
    <w:rsid w:val="00CB0664"/>
    <w:rsid w:val="00E11877"/>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40EE86"/>
  <w14:defaultImageDpi w14:val="300"/>
  <w15:docId w15:val="{4C11430B-85EC-4C08-8233-67ECA1A899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5758999">
      <w:bodyDiv w:val="1"/>
      <w:marLeft w:val="0"/>
      <w:marRight w:val="0"/>
      <w:marTop w:val="0"/>
      <w:marBottom w:val="0"/>
      <w:divBdr>
        <w:top w:val="none" w:sz="0" w:space="0" w:color="auto"/>
        <w:left w:val="none" w:sz="0" w:space="0" w:color="auto"/>
        <w:bottom w:val="none" w:sz="0" w:space="0" w:color="auto"/>
        <w:right w:val="none" w:sz="0" w:space="0" w:color="auto"/>
      </w:divBdr>
      <w:divsChild>
        <w:div w:id="345403306">
          <w:marLeft w:val="0"/>
          <w:marRight w:val="0"/>
          <w:marTop w:val="0"/>
          <w:marBottom w:val="150"/>
          <w:divBdr>
            <w:top w:val="none" w:sz="0" w:space="0" w:color="auto"/>
            <w:left w:val="none" w:sz="0" w:space="0" w:color="auto"/>
            <w:bottom w:val="none" w:sz="0" w:space="0" w:color="auto"/>
            <w:right w:val="none" w:sz="0" w:space="0" w:color="auto"/>
          </w:divBdr>
        </w:div>
        <w:div w:id="111945974">
          <w:marLeft w:val="0"/>
          <w:marRight w:val="0"/>
          <w:marTop w:val="0"/>
          <w:marBottom w:val="150"/>
          <w:divBdr>
            <w:top w:val="none" w:sz="0" w:space="0" w:color="auto"/>
            <w:left w:val="none" w:sz="0" w:space="0" w:color="auto"/>
            <w:bottom w:val="none" w:sz="0" w:space="0" w:color="auto"/>
            <w:right w:val="none" w:sz="0" w:space="0" w:color="auto"/>
          </w:divBdr>
        </w:div>
        <w:div w:id="1996756763">
          <w:marLeft w:val="0"/>
          <w:marRight w:val="0"/>
          <w:marTop w:val="0"/>
          <w:marBottom w:val="150"/>
          <w:divBdr>
            <w:top w:val="none" w:sz="0" w:space="0" w:color="auto"/>
            <w:left w:val="none" w:sz="0" w:space="0" w:color="auto"/>
            <w:bottom w:val="none" w:sz="0" w:space="0" w:color="auto"/>
            <w:right w:val="none" w:sz="0" w:space="0" w:color="auto"/>
          </w:divBdr>
        </w:div>
        <w:div w:id="1809786554">
          <w:marLeft w:val="0"/>
          <w:marRight w:val="0"/>
          <w:marTop w:val="0"/>
          <w:marBottom w:val="150"/>
          <w:divBdr>
            <w:top w:val="none" w:sz="0" w:space="0" w:color="auto"/>
            <w:left w:val="none" w:sz="0" w:space="0" w:color="auto"/>
            <w:bottom w:val="none" w:sz="0" w:space="0" w:color="auto"/>
            <w:right w:val="none" w:sz="0" w:space="0" w:color="auto"/>
          </w:divBdr>
        </w:div>
        <w:div w:id="1241673214">
          <w:marLeft w:val="0"/>
          <w:marRight w:val="0"/>
          <w:marTop w:val="0"/>
          <w:marBottom w:val="0"/>
          <w:divBdr>
            <w:top w:val="none" w:sz="0" w:space="0" w:color="auto"/>
            <w:left w:val="none" w:sz="0" w:space="0" w:color="auto"/>
            <w:bottom w:val="none" w:sz="0" w:space="0" w:color="auto"/>
            <w:right w:val="none" w:sz="0" w:space="0" w:color="auto"/>
          </w:divBdr>
        </w:div>
        <w:div w:id="1632176901">
          <w:marLeft w:val="0"/>
          <w:marRight w:val="0"/>
          <w:marTop w:val="0"/>
          <w:marBottom w:val="0"/>
          <w:divBdr>
            <w:top w:val="none" w:sz="0" w:space="0" w:color="auto"/>
            <w:left w:val="none" w:sz="0" w:space="0" w:color="auto"/>
            <w:bottom w:val="none" w:sz="0" w:space="0" w:color="auto"/>
            <w:right w:val="none" w:sz="0" w:space="0" w:color="auto"/>
          </w:divBdr>
        </w:div>
      </w:divsChild>
    </w:div>
    <w:div w:id="141400781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customXml" Target="../customXml/item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C4B9A309184EA49A2EEAF3F4C40A159" ma:contentTypeVersion="13" ma:contentTypeDescription="Create a new document." ma:contentTypeScope="" ma:versionID="30e7e9c61426bcc8487cd3924224bdd5">
  <xsd:schema xmlns:xsd="http://www.w3.org/2001/XMLSchema" xmlns:xs="http://www.w3.org/2001/XMLSchema" xmlns:p="http://schemas.microsoft.com/office/2006/metadata/properties" xmlns:ns2="681ae523-156f-4f00-aa9a-a92b8939364f" xmlns:ns3="e0e23ce0-a5aa-4aad-a826-ecb5fe7baffa" targetNamespace="http://schemas.microsoft.com/office/2006/metadata/properties" ma:root="true" ma:fieldsID="8be5a3b3dcc37f1e1a31e7960747be20" ns2:_="" ns3:_="">
    <xsd:import namespace="681ae523-156f-4f00-aa9a-a92b8939364f"/>
    <xsd:import namespace="e0e23ce0-a5aa-4aad-a826-ecb5fe7baff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1ae523-156f-4f00-aa9a-a92b893936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da4587f-6cd1-4511-812b-f54111093132"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0e23ce0-a5aa-4aad-a826-ecb5fe7baff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60784fd-c060-4b71-8ea2-1b619f6f4c91}" ma:internalName="TaxCatchAll" ma:showField="CatchAllData" ma:web="e0e23ce0-a5aa-4aad-a826-ecb5fe7baff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81ae523-156f-4f00-aa9a-a92b8939364f">
      <Terms xmlns="http://schemas.microsoft.com/office/infopath/2007/PartnerControls"/>
    </lcf76f155ced4ddcb4097134ff3c332f>
    <TaxCatchAll xmlns="e0e23ce0-a5aa-4aad-a826-ecb5fe7baffa" xsi:nil="true"/>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9538FCBE-BCE9-49B5-A103-2CA08C253F63}"/>
</file>

<file path=customXml/itemProps3.xml><?xml version="1.0" encoding="utf-8"?>
<ds:datastoreItem xmlns:ds="http://schemas.openxmlformats.org/officeDocument/2006/customXml" ds:itemID="{453CF086-6918-486C-A24A-2F94AC0226F6}"/>
</file>

<file path=customXml/itemProps4.xml><?xml version="1.0" encoding="utf-8"?>
<ds:datastoreItem xmlns:ds="http://schemas.openxmlformats.org/officeDocument/2006/customXml" ds:itemID="{28CF5EFB-4D10-489F-A7A7-D6ACE4317D25}"/>
</file>

<file path=docProps/app.xml><?xml version="1.0" encoding="utf-8"?>
<Properties xmlns="http://schemas.openxmlformats.org/officeDocument/2006/extended-properties" xmlns:vt="http://schemas.openxmlformats.org/officeDocument/2006/docPropsVTypes">
  <Template>Normal</Template>
  <TotalTime>1</TotalTime>
  <Pages>8</Pages>
  <Words>814</Words>
  <Characters>4645</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5449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Emma Power (Brinksway School)</cp:lastModifiedBy>
  <cp:revision>2</cp:revision>
  <cp:lastPrinted>2025-05-02T09:25:00Z</cp:lastPrinted>
  <dcterms:created xsi:type="dcterms:W3CDTF">2025-05-02T09:37:00Z</dcterms:created>
  <dcterms:modified xsi:type="dcterms:W3CDTF">2025-05-02T09:37:00Z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0x0101009C4B9A309184EA49A2EEAF3F4C40A159</vt:lpwstr>
  </property>
</Properties>
</file>